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4AA18" w14:textId="1C5A26DF" w:rsidR="00072027" w:rsidRDefault="00072027" w:rsidP="00072027">
      <w:pPr>
        <w:pStyle w:val="Heading1"/>
        <w:jc w:val="center"/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992007E" wp14:editId="0B390525">
            <wp:simplePos x="0" y="0"/>
            <wp:positionH relativeFrom="column">
              <wp:posOffset>2186940</wp:posOffset>
            </wp:positionH>
            <wp:positionV relativeFrom="paragraph">
              <wp:posOffset>-388620</wp:posOffset>
            </wp:positionV>
            <wp:extent cx="1104900" cy="1150620"/>
            <wp:effectExtent l="0" t="0" r="0" b="0"/>
            <wp:wrapNone/>
            <wp:docPr id="707682942" name="Picture 1" descr="Support Roundwood Primary School when you play Your Schoo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682942" name="Picture 1" descr="Support Roundwood Primary School when you play Your School ...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C70F6C" w14:textId="0FBE1CE2" w:rsidR="00AD5F16" w:rsidRPr="00072027" w:rsidRDefault="00000000">
      <w:pPr>
        <w:pStyle w:val="Heading1"/>
        <w:rPr>
          <w:color w:val="000000" w:themeColor="text1"/>
        </w:rPr>
      </w:pPr>
      <w:r w:rsidRPr="00072027">
        <w:rPr>
          <w:color w:val="000000" w:themeColor="text1"/>
        </w:rPr>
        <w:t>👨‍👩‍👧‍👦 Parent Governors at Roundwood Primary</w:t>
      </w:r>
      <w:r w:rsidR="00072027" w:rsidRPr="00072027">
        <w:t xml:space="preserve"> </w:t>
      </w:r>
    </w:p>
    <w:p w14:paraId="5DA7807E" w14:textId="77777777" w:rsidR="00AD5F16" w:rsidRDefault="00000000">
      <w:r>
        <w:t>At Roundwood, our Parent Governors play a key role in helping the school grow and thrive. They bring a parent’s perspective to the table—helping school leaders make decisions that reflect the needs of our families and community.</w:t>
      </w:r>
    </w:p>
    <w:p w14:paraId="7DF94EF1" w14:textId="77777777" w:rsidR="00AD5F16" w:rsidRPr="00072027" w:rsidRDefault="00000000">
      <w:pPr>
        <w:pStyle w:val="Heading2"/>
        <w:rPr>
          <w:color w:val="000000" w:themeColor="text1"/>
        </w:rPr>
      </w:pPr>
      <w:r w:rsidRPr="00072027">
        <w:rPr>
          <w:color w:val="000000" w:themeColor="text1"/>
        </w:rPr>
        <w:t>What does a Parent Governor do?</w:t>
      </w:r>
    </w:p>
    <w:p w14:paraId="60566657" w14:textId="45883E00" w:rsidR="00AD5F16" w:rsidRPr="00072027" w:rsidRDefault="00000000">
      <w:pPr>
        <w:pStyle w:val="ListBullet"/>
        <w:rPr>
          <w:color w:val="000000" w:themeColor="text1"/>
        </w:rPr>
      </w:pPr>
      <w:r w:rsidRPr="00072027">
        <w:rPr>
          <w:color w:val="000000" w:themeColor="text1"/>
        </w:rPr>
        <w:t>Join around six meetings a year</w:t>
      </w:r>
      <w:r w:rsidR="00072027" w:rsidRPr="00072027">
        <w:rPr>
          <w:color w:val="000000" w:themeColor="text1"/>
        </w:rPr>
        <w:t xml:space="preserve"> (online and in-person)</w:t>
      </w:r>
      <w:r w:rsidRPr="00072027">
        <w:rPr>
          <w:color w:val="000000" w:themeColor="text1"/>
        </w:rPr>
        <w:t xml:space="preserve"> to discuss school strategy, performance, and priorities.</w:t>
      </w:r>
    </w:p>
    <w:p w14:paraId="6DA0FBEF" w14:textId="77777777" w:rsidR="00AD5F16" w:rsidRPr="00072027" w:rsidRDefault="00000000">
      <w:pPr>
        <w:pStyle w:val="ListBullet"/>
        <w:rPr>
          <w:color w:val="000000" w:themeColor="text1"/>
        </w:rPr>
      </w:pPr>
      <w:r w:rsidRPr="00072027">
        <w:rPr>
          <w:color w:val="000000" w:themeColor="text1"/>
        </w:rPr>
        <w:t>Read reports and updates to stay informed.</w:t>
      </w:r>
    </w:p>
    <w:p w14:paraId="53EDE1FB" w14:textId="06EACD86" w:rsidR="00AD5F16" w:rsidRPr="00072027" w:rsidRDefault="00000000">
      <w:pPr>
        <w:pStyle w:val="ListBullet"/>
        <w:rPr>
          <w:color w:val="000000" w:themeColor="text1"/>
        </w:rPr>
      </w:pPr>
      <w:r w:rsidRPr="00072027">
        <w:rPr>
          <w:color w:val="000000" w:themeColor="text1"/>
        </w:rPr>
        <w:t>Visit the school to see learning in action and chat with staff and pupils</w:t>
      </w:r>
      <w:r w:rsidR="00072027" w:rsidRPr="00072027">
        <w:rPr>
          <w:color w:val="000000" w:themeColor="text1"/>
        </w:rPr>
        <w:t xml:space="preserve"> (time to visit the school during school hours to complete monitoring is essential)</w:t>
      </w:r>
      <w:r w:rsidRPr="00072027">
        <w:rPr>
          <w:color w:val="000000" w:themeColor="text1"/>
        </w:rPr>
        <w:t>.</w:t>
      </w:r>
    </w:p>
    <w:p w14:paraId="68033239" w14:textId="77777777" w:rsidR="00AD5F16" w:rsidRPr="00072027" w:rsidRDefault="00000000">
      <w:pPr>
        <w:pStyle w:val="ListBullet"/>
        <w:rPr>
          <w:color w:val="000000" w:themeColor="text1"/>
        </w:rPr>
      </w:pPr>
      <w:r w:rsidRPr="00072027">
        <w:rPr>
          <w:color w:val="000000" w:themeColor="text1"/>
        </w:rPr>
        <w:t>Take part in training (mostly online and flexible).</w:t>
      </w:r>
    </w:p>
    <w:p w14:paraId="5DAA9EF4" w14:textId="77777777" w:rsidR="00AD5F16" w:rsidRPr="00072027" w:rsidRDefault="00000000">
      <w:pPr>
        <w:pStyle w:val="ListBullet"/>
        <w:rPr>
          <w:color w:val="000000" w:themeColor="text1"/>
        </w:rPr>
      </w:pPr>
      <w:r w:rsidRPr="00072027">
        <w:rPr>
          <w:color w:val="000000" w:themeColor="text1"/>
        </w:rPr>
        <w:t>Help make sure the school’s budget is used wisely and effectively.</w:t>
      </w:r>
    </w:p>
    <w:p w14:paraId="75A0E635" w14:textId="77777777" w:rsidR="00AD5F16" w:rsidRPr="00072027" w:rsidRDefault="00000000">
      <w:pPr>
        <w:pStyle w:val="Heading2"/>
        <w:rPr>
          <w:color w:val="000000" w:themeColor="text1"/>
        </w:rPr>
      </w:pPr>
      <w:r w:rsidRPr="00072027">
        <w:rPr>
          <w:color w:val="000000" w:themeColor="text1"/>
        </w:rPr>
        <w:t>Who can be a Parent Governor?</w:t>
      </w:r>
    </w:p>
    <w:p w14:paraId="38AC6ADA" w14:textId="77777777" w:rsidR="00AD5F16" w:rsidRPr="00072027" w:rsidRDefault="00000000">
      <w:pPr>
        <w:pStyle w:val="ListBullet"/>
        <w:rPr>
          <w:color w:val="000000" w:themeColor="text1"/>
        </w:rPr>
      </w:pPr>
      <w:r w:rsidRPr="00072027">
        <w:rPr>
          <w:color w:val="000000" w:themeColor="text1"/>
        </w:rPr>
        <w:t>Any parent or carer of a child at Roundwood can stand for election when a vacancy arises.</w:t>
      </w:r>
    </w:p>
    <w:p w14:paraId="498C00BD" w14:textId="77777777" w:rsidR="00AD5F16" w:rsidRPr="00072027" w:rsidRDefault="00000000">
      <w:pPr>
        <w:pStyle w:val="ListBullet"/>
        <w:rPr>
          <w:color w:val="000000" w:themeColor="text1"/>
        </w:rPr>
      </w:pPr>
      <w:r w:rsidRPr="00072027">
        <w:rPr>
          <w:color w:val="000000" w:themeColor="text1"/>
        </w:rPr>
        <w:t>You don’t need any special qualifications—just a willingness to get involved and support the school.</w:t>
      </w:r>
    </w:p>
    <w:p w14:paraId="1B0540CF" w14:textId="77777777" w:rsidR="00AD5F16" w:rsidRPr="00072027" w:rsidRDefault="00000000">
      <w:pPr>
        <w:pStyle w:val="Heading2"/>
        <w:rPr>
          <w:color w:val="000000" w:themeColor="text1"/>
        </w:rPr>
      </w:pPr>
      <w:r w:rsidRPr="00072027">
        <w:rPr>
          <w:color w:val="000000" w:themeColor="text1"/>
        </w:rPr>
        <w:t>📣 Vacancies Coming Up!</w:t>
      </w:r>
    </w:p>
    <w:p w14:paraId="3393F920" w14:textId="3A9B9E9D" w:rsidR="00AD5F16" w:rsidRPr="00072027" w:rsidRDefault="00000000">
      <w:pPr>
        <w:pStyle w:val="ListBullet"/>
        <w:rPr>
          <w:color w:val="000000" w:themeColor="text1"/>
        </w:rPr>
      </w:pPr>
      <w:r w:rsidRPr="00072027">
        <w:rPr>
          <w:color w:val="000000" w:themeColor="text1"/>
        </w:rPr>
        <w:t>We’ll have Parent Governor vacancies at the end of this academic year</w:t>
      </w:r>
      <w:r w:rsidR="00072027" w:rsidRPr="00072027">
        <w:rPr>
          <w:color w:val="000000" w:themeColor="text1"/>
        </w:rPr>
        <w:t>, July 2026</w:t>
      </w:r>
      <w:r w:rsidRPr="00072027">
        <w:rPr>
          <w:color w:val="000000" w:themeColor="text1"/>
        </w:rPr>
        <w:t>.</w:t>
      </w:r>
    </w:p>
    <w:p w14:paraId="4EC915BE" w14:textId="77777777" w:rsidR="00AD5F16" w:rsidRPr="00072027" w:rsidRDefault="00000000">
      <w:pPr>
        <w:pStyle w:val="ListBullet"/>
        <w:rPr>
          <w:color w:val="000000" w:themeColor="text1"/>
        </w:rPr>
      </w:pPr>
      <w:r w:rsidRPr="00072027">
        <w:rPr>
          <w:color w:val="000000" w:themeColor="text1"/>
        </w:rPr>
        <w:t>If you’re interested in joining the Governing Board, please get in touch to register your interest.</w:t>
      </w:r>
    </w:p>
    <w:p w14:paraId="1354010E" w14:textId="77777777" w:rsidR="00AD5F16" w:rsidRPr="00072027" w:rsidRDefault="00000000">
      <w:pPr>
        <w:pStyle w:val="Heading2"/>
        <w:rPr>
          <w:color w:val="000000" w:themeColor="text1"/>
        </w:rPr>
      </w:pPr>
      <w:r w:rsidRPr="00072027">
        <w:rPr>
          <w:color w:val="000000" w:themeColor="text1"/>
        </w:rPr>
        <w:t>Why get involved?</w:t>
      </w:r>
    </w:p>
    <w:p w14:paraId="18B92033" w14:textId="77777777" w:rsidR="00AD5F16" w:rsidRPr="00072027" w:rsidRDefault="00000000">
      <w:pPr>
        <w:pStyle w:val="ListBullet"/>
        <w:rPr>
          <w:color w:val="000000" w:themeColor="text1"/>
        </w:rPr>
      </w:pPr>
      <w:r w:rsidRPr="00072027">
        <w:rPr>
          <w:color w:val="000000" w:themeColor="text1"/>
        </w:rPr>
        <w:t>Make a real difference to your child’s school.</w:t>
      </w:r>
    </w:p>
    <w:p w14:paraId="1114FB27" w14:textId="77777777" w:rsidR="00AD5F16" w:rsidRPr="00072027" w:rsidRDefault="00000000">
      <w:pPr>
        <w:pStyle w:val="ListBullet"/>
        <w:rPr>
          <w:color w:val="000000" w:themeColor="text1"/>
        </w:rPr>
      </w:pPr>
      <w:r w:rsidRPr="00072027">
        <w:rPr>
          <w:color w:val="000000" w:themeColor="text1"/>
        </w:rPr>
        <w:t>Learn more about how schools are run.</w:t>
      </w:r>
    </w:p>
    <w:p w14:paraId="6CF3CA9A" w14:textId="77777777" w:rsidR="00AD5F16" w:rsidRPr="00072027" w:rsidRDefault="00000000">
      <w:pPr>
        <w:pStyle w:val="ListBullet"/>
        <w:rPr>
          <w:color w:val="000000" w:themeColor="text1"/>
        </w:rPr>
      </w:pPr>
      <w:r w:rsidRPr="00072027">
        <w:rPr>
          <w:color w:val="000000" w:themeColor="text1"/>
        </w:rPr>
        <w:t>Use your skills and experience to support education.</w:t>
      </w:r>
    </w:p>
    <w:p w14:paraId="5FB06211" w14:textId="77777777" w:rsidR="00AD5F16" w:rsidRPr="00072027" w:rsidRDefault="00000000">
      <w:pPr>
        <w:pStyle w:val="ListBullet"/>
        <w:rPr>
          <w:color w:val="000000" w:themeColor="text1"/>
        </w:rPr>
      </w:pPr>
      <w:r w:rsidRPr="00072027">
        <w:rPr>
          <w:color w:val="000000" w:themeColor="text1"/>
        </w:rPr>
        <w:t>Be part of a supportive and committed team.</w:t>
      </w:r>
    </w:p>
    <w:p w14:paraId="0CAF0437" w14:textId="77777777" w:rsidR="00AD5F16" w:rsidRPr="00072027" w:rsidRDefault="00000000">
      <w:pPr>
        <w:rPr>
          <w:color w:val="000000" w:themeColor="text1"/>
        </w:rPr>
      </w:pPr>
      <w:r w:rsidRPr="00072027">
        <w:rPr>
          <w:color w:val="000000" w:themeColor="text1"/>
        </w:rPr>
        <w:t>To find out more or ask questions, contact our Chair of Governors, Jen McGrath:</w:t>
      </w:r>
      <w:r w:rsidRPr="00072027">
        <w:rPr>
          <w:color w:val="000000" w:themeColor="text1"/>
        </w:rPr>
        <w:br/>
        <w:t>📧 jmcgrath2@roundwood.bucks.sch.uk</w:t>
      </w:r>
    </w:p>
    <w:sectPr w:rsidR="00AD5F16" w:rsidRPr="0007202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65665986">
    <w:abstractNumId w:val="8"/>
  </w:num>
  <w:num w:numId="2" w16cid:durableId="615526884">
    <w:abstractNumId w:val="6"/>
  </w:num>
  <w:num w:numId="3" w16cid:durableId="1976715969">
    <w:abstractNumId w:val="5"/>
  </w:num>
  <w:num w:numId="4" w16cid:durableId="652022907">
    <w:abstractNumId w:val="4"/>
  </w:num>
  <w:num w:numId="5" w16cid:durableId="169374418">
    <w:abstractNumId w:val="7"/>
  </w:num>
  <w:num w:numId="6" w16cid:durableId="2059743439">
    <w:abstractNumId w:val="3"/>
  </w:num>
  <w:num w:numId="7" w16cid:durableId="1660301874">
    <w:abstractNumId w:val="2"/>
  </w:num>
  <w:num w:numId="8" w16cid:durableId="1677682493">
    <w:abstractNumId w:val="1"/>
  </w:num>
  <w:num w:numId="9" w16cid:durableId="132525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2027"/>
    <w:rsid w:val="0015074B"/>
    <w:rsid w:val="0029639D"/>
    <w:rsid w:val="00326F90"/>
    <w:rsid w:val="00864EF1"/>
    <w:rsid w:val="008A2359"/>
    <w:rsid w:val="00A96844"/>
    <w:rsid w:val="00AA1D8D"/>
    <w:rsid w:val="00AD5F16"/>
    <w:rsid w:val="00B47730"/>
    <w:rsid w:val="00BC5341"/>
    <w:rsid w:val="00CB0664"/>
    <w:rsid w:val="00F4476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E40AA1"/>
  <w14:defaultImageDpi w14:val="300"/>
  <w15:docId w15:val="{7953E03D-AAA4-4C37-972C-33718FB3E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1248</Characters>
  <Application>Microsoft Office Word</Application>
  <DocSecurity>0</DocSecurity>
  <Lines>29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McGrath, Jon</cp:lastModifiedBy>
  <cp:revision>3</cp:revision>
  <dcterms:created xsi:type="dcterms:W3CDTF">2025-10-07T18:13:00Z</dcterms:created>
  <dcterms:modified xsi:type="dcterms:W3CDTF">2025-10-07T18:19:00Z</dcterms:modified>
  <cp:category/>
</cp:coreProperties>
</file>